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17:00-17:05 MKtest 30012025 LE-testi ilman hintaa</w:t>
      </w:r>
    </w:p>
    <w:p>
      <w:r>
        <w:t>MKtest 30012025 LE-testi ilman hintaa SHORT DESC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