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10:30-11:00 MKtest 28032025 Release Wave 1 -testi to LE</w:t>
      </w:r>
    </w:p>
    <w:p>
      <w:r>
        <w:t>MKtest 28032025 Release Wave 1 -testi to LE SHORT DESC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