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luokittelu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