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Olympiaranta 3, 00140,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12:00-19:00 MKtest 27022024 d365 to LE 36</w:t>
      </w:r>
    </w:p>
    <w:p>
      <w:r>
        <w:t>MKtest 27022024 d365 to LE 36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