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Kulttuuriaukio 2, 02100, Espoo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