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Nuuksiontie 84, 02820, Espoo</w:t>
      </w:r>
    </w:p>
    <w:p>
      <w:r>
        <w:t>2.11.2024-7.12.2024</w:t>
      </w:r>
    </w:p>
    <w:p>
      <w:pPr>
        <w:pStyle w:val="Heading1"/>
      </w:pPr>
      <w:r>
        <w:t>2.11.2024-7.12.2024</w:t>
      </w:r>
    </w:p>
    <w:p>
      <w:pPr>
        <w:pStyle w:val="Heading2"/>
      </w:pPr>
      <w:r>
        <w:t>11:00-14:00 Elämysauto Välkky Haltiassa</w:t>
      </w:r>
    </w:p>
    <w:p>
      <w:r>
        <w:t>Elämysauto Välkky päivystää Haltian edustalla Retkilauantaisin. Tervetuloa tutustumaan luontoaiheisiin kirjoihin, lukemaan, lainaamaan ja palauttamaan.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