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Flamencokitaran alkeisjatkokurssi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