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3.4.2025 torstai</w:t>
      </w:r>
    </w:p>
    <w:p>
      <w:pPr>
        <w:pStyle w:val="Heading1"/>
      </w:pPr>
      <w:r>
        <w:t>3.4.2025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 7–12-vuotiaiden ukuleleryhmään. Kirjastolla on 15 lainasoitinta tunnin ajaksi.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