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keskustelemassa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