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KavallinmÃ¤ki 15, 02710,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