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LeppÃ¤vaarankatu 9, 02600, Espoo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16:00-17:00 Rayman Legends: Kung Foot -peliturnaus</w:t>
      </w:r>
    </w:p>
    <w:p>
      <w:r>
        <w:t>Rayman Legends: Kung Foot -peliturnaus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