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LeppÃ¤vaarankatu 9, 02600, Espoo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17:30-18:30 Syksyn musiikkikonsertti</w:t>
      </w:r>
    </w:p>
    <w:p>
      <w:r>
        <w:t>Sellon kirjaston musiikkikerho esittää syyskonsertin.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