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17:00-19:00  PERUTTU! SIIRTYY PERJANTAILLE 5.12.!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