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17:00-18:30 Rakkaat ruokamuistoni: vieraana kokki ja ruokakirjailija Hanna Himanka</w:t>
      </w:r>
    </w:p>
    <w:p>
      <w:r>
        <w:t>Tapahtumasarjan toisena vieraana Hanna Himanka. Luvassa on makuja, tarinoita ja oivalluksia, jotka yhdistävät kirjallisuuden ja ruoan parhaat puolet.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