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13:00-14:30 Lukukissat Marvin ja Lenni tavattavissa</w:t>
      </w:r>
    </w:p>
    <w:p>
      <w:r>
        <w:t>Marvin ja Lenni kuuntelevat kärsivällisesti lauantaisin 25.10., 22.11. ja 13.12. klo 13-14.30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