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13:30-15:30 Sateenkaariseniorit kirjastoon kylään</w:t>
      </w:r>
    </w:p>
    <w:p>
      <w:r>
        <w:t xml:space="preserve">Tapahtuma on rento kahvitteluhetki, joka on kaikille avoin. Paikan päällä voit tutustua sateenkaarikirjallisuuteen sekä nauttia hyvästä seurasta.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