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Meteorinkatu 7, 02210, Espoo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10:30-12:30 Senioripaku Välkky lähelläsi Olarissa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