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Alberganesplanadi 12, 02600, Espoo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10:30-12:30 Senioripaku Välkky lähelläsi Leppävaarassa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