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13:30-14:30 Kulttuuriketju - Teemu Harrinkari  Kalajärvellä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