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Kirstintie 24, 02760,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10:30-12:30 Senioripaku Välkky lähelläsi Suvelassa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