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11:00-13:00 Tapiolan kirjaston Lukupiiri</w:t>
      </w:r>
    </w:p>
    <w:p>
      <w:r>
        <w:t>Lukupiiri kokoontuu kuukauden ensimmäisenä tiistaina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