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12:00-13:00 Aikuisten kirjallisuus- ja kulttuuritiistait</w:t>
      </w:r>
    </w:p>
    <w:p>
      <w:r>
        <w:t>Tule, istahda ja inspiroidu! Tervetuloa kirjallisuuden ja viihteen pariin joka tiistai klo 12-13. Toiminta on suunnattu aikuisille.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