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16:30-19:30 Kirjoja &amp;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