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Soukankaari 10, 02360,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10:00-11:30 Syysdösä Välkky Soukan asukaspuistossa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