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16:15-17:15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