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Jamit ovat avoimia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