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 xml:space="preserve">17:45-18:30 Peruttu! Ukulele 7-12-vuotiaiden ryhmätunti 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