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12:00-16:00 Perhepäivä Sellon kirjastossa</w:t>
      </w:r>
    </w:p>
    <w:p>
      <w:r>
        <w:t>Tervetuloa koko perheen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