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11:00-16:15 Musiikkikoulu Demon oppilaskonsertit</w:t>
      </w:r>
    </w:p>
    <w:p>
      <w:r>
        <w:t xml:space="preserve">Musiikkikoulu Demon syksyisessä matineapäivässä kuullaan laulu- ja piano-oppilaiden valmistelemia esityksiä.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