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11:39-11:39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