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11:30-12:15 Lucia vierailee Tapiolan kirjastossa</w:t>
      </w:r>
    </w:p>
    <w:p>
      <w:r>
        <w:t>Tule nauttimaan joulutunnelmasta, kun paikallinen Lucia-kulkue tulee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