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15:00-17:00 Rakkaat ruokamuistoni: Elina Innanen (Chocochili)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