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Lehtikaskentie 7, 02340,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8.6.2026 Latokasken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