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Soukankaari 10, 02360,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11.6.2026 Soukan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