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18:00-18:30 Nukketeatteri: Prinsessa Ruususen elämää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