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24.1., 21.2., 21.3., 25.4., 23.5.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