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14:00-14:40 Musiikkiesitys: Inkerinmaan hiljaiset äänet</w:t>
      </w:r>
    </w:p>
    <w:p>
      <w:r>
        <w:t>Tervetuloa nauttimaan akustisesta tanssimusiikkikonsertista, jossa kuullaan skandinaavisia säveliä perinteisillä soittimilla. Esitys on la 19.9. klo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