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14:00-16:00 Tehdään onigireja!</w:t>
      </w:r>
    </w:p>
    <w:p>
      <w:r>
        <w:t>Tule oppimaan, miten tehdään Japanilainen riisipallo, eli onigiri.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