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16:00-17:30 Kirjailijavieraana Eveliina Mulenga</w:t>
      </w:r>
    </w:p>
    <w:p>
      <w:r>
        <w:t xml:space="preserve">Eveliina Mulengan kirjanjulkaisutilaisuus 12.9.2026 klo 16-17.30 Lippulaivan kirjastossa, Salonki tilassa.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