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16:00-19:00 Cooking for others - Englanninkielinen ruoanlaittopaja (Huom! ennakkoilmoittautuminen)</w:t>
      </w:r>
    </w:p>
    <w:p>
      <w:r>
        <w:t>Ilmoittaudu sivulta mukaan Cooking for others - Englanninkielinen ruoanlaittopajaan!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