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12:00-15:00 Työnantajatreffit - Perhehoito, Länsi-Uudenmaan hyvinvointialue</w:t>
      </w:r>
    </w:p>
    <w:p>
      <w:r>
        <w:t>Länsi-Uudenmaan hyvinvointialueen Perhehoidossa etsitään uusia tuki-, vastaanotto- ja sijaisperheitä. Tule tapaamaan työnantajaa ja kuulemaan lisää!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