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Matinkartanontie 5, 02230, Espoo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10:00-14:00 Välkky EsPa-turnauksessa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