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Mellstenintie 12,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17:00-19:00 Välkky Haukilahden sataman Itämeripävässä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