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Meteorinkatu 7, 02210,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14:00-18:00 Välkky Olari Tempauksessa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