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torstaisin20.8., 17.9., 8.10., 12.11. ja 17.12.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