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13:00-16:00 Liikuntaneuvonta kiertue</w:t>
      </w:r>
    </w:p>
    <w:p>
      <w:r>
        <w:t>Tervetuloa tapaamaan Espoon liikuntapalveluita kirjaston aulaan ti 25.8. klo 13-16.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