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17:00-19:00 Connectoria - yhdistää kulttuurit ja sukupolvet</w:t>
      </w:r>
    </w:p>
    <w:p>
      <w:r>
        <w:t xml:space="preserve">Connectoriassa jaetaan tarinoita eri kulttuureista vaihtuvin teemoin.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