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aloittaa myös Lippulai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