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Matasaarentie 1,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13:00-15:00 Senioripaku Välkky ja Elotanssit Hanikassa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