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Järvenperäntie 1-3, 02940, Espoo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10:00-11:30 Senioripaku Välkky Järvenperässä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